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Séjour Albanie — Août 2026</w:t>
      </w:r>
    </w:p>
    <w:p>
      <w:r>
        <w:rPr>
          <w:i/>
        </w:rPr>
        <w:t>7 étapes · 5 nuits Theth · Road trip voiture</w:t>
      </w:r>
    </w:p>
    <w:p>
      <w:r>
        <w:t>Carte interactive : https://florence.hatchlab.fr/carte-albanie.html</w:t>
      </w:r>
    </w:p>
    <w:p>
      <w:r>
        <w:t>Import Google Docs : Drive → Nouveau → Importation de fichiers → choisir sejour-albanie.docx</w:t>
      </w:r>
    </w:p>
    <w:p>
      <w:pPr>
        <w:pStyle w:val="Heading1"/>
      </w:pPr>
      <w:r>
        <w:t>1. Tirana (aéroport)</w:t>
      </w:r>
    </w:p>
    <w:p>
      <w:r>
        <w:t>Sam 8 août → Dim 9 août · 1 nuit</w:t>
      </w:r>
    </w:p>
    <w:p>
      <w:r>
        <w:rPr>
          <w:b/>
        </w:rPr>
        <w:t xml:space="preserve">Logement : </w:t>
      </w:r>
      <w:r>
        <w:t>Hotel Verzaci</w:t>
      </w:r>
    </w:p>
    <w:p>
      <w:r>
        <w:t>Rinas, SH60, Albanie</w:t>
      </w:r>
    </w:p>
    <w:p>
      <w:r>
        <w:rPr>
          <w:b/>
        </w:rPr>
        <w:t>Arrivée</w:t>
      </w:r>
    </w:p>
    <w:p>
      <w:r>
        <w:t>Vol LH, arrivée 23h20 — nuit près de l'aéroport.</w:t>
      </w:r>
    </w:p>
    <w:p>
      <w:r>
        <w:rPr>
          <w:b/>
        </w:rPr>
        <w:t>Espèces / ATM</w:t>
      </w:r>
    </w:p>
    <w:p>
      <w:r>
        <w:t>Dim 9 matin à Tirana (ou Shkodër) : retirer ~80 000 ALL (~760 €) d'un coup — couvre tout Theth (Cold Spring 196 € + Plisi ~322 € + repas famille ~5 j). Plafond ATM souvent 30–50k : faire 2 retraits. Répartir le cash (2–3 cachettes, rien de visible en voiture). Risque faible en Albanie ; plus gênant de manquer d'espèces à Theth (pas d'ATM fiable). Plus tard à Himarë : ~30 000 ALL pour le sud. Logements cash séjour ~770 € (Cold Spring 196 + Plisi ~322 + Argjiro ~105 + Rosa ~150).</w:t>
      </w:r>
    </w:p>
    <w:p>
      <w:r>
        <w:rPr>
          <w:b/>
        </w:rPr>
        <w:t>Essence</w:t>
      </w:r>
    </w:p>
    <w:p>
      <w:r>
        <w:t>Plein près de l'aéroport. Sur la route vers Theth : plein obligatoire à Shkodër ou Koplik — aucune essence à Theth, conso montagne +30–50 %.</w:t>
      </w:r>
    </w:p>
    <w:p>
      <w:r>
        <w:rPr>
          <w:i/>
        </w:rPr>
        <w:t>Pas de visite prévue le soir d'arrivée.</w:t>
      </w:r>
    </w:p>
    <w:p>
      <w:pPr>
        <w:pStyle w:val="Heading2"/>
      </w:pPr>
      <w:r>
        <w:t>Idées de sorties</w:t>
      </w:r>
    </w:p>
    <w:p>
      <w:pPr>
        <w:pStyle w:val="ListBullet"/>
      </w:pPr>
      <w:r>
        <w:rPr>
          <w:b/>
        </w:rPr>
        <w:t>🌙 Nuit près de l'aéroport</w:t>
      </w:r>
      <w:r>
        <w:t xml:space="preserve"> — Vol tardif, direction l'hôtel sans détour.</w:t>
      </w:r>
    </w:p>
    <w:p>
      <w:r>
        <w:rPr>
          <w:i/>
        </w:rPr>
        <w:t xml:space="preserve">Sources : </w:t>
      </w:r>
      <w:r>
        <w:t>Carces Autrement — https://www.carces-autrement.fr/road-trip-albanie/</w:t>
      </w:r>
    </w:p>
    <w:p>
      <w:pPr>
        <w:pStyle w:val="ListBullet"/>
      </w:pPr>
      <w:r>
        <w:rPr>
          <w:b/>
        </w:rPr>
        <w:t>🏙️ Tirana le lendemain matin (si le temps le permet)</w:t>
      </w:r>
      <w:r>
        <w:t xml:space="preserve"> — Place Skanderbeg, Bunk'Art, marché du centre — 30 min de l'aéroport.</w:t>
      </w:r>
    </w:p>
    <w:p>
      <w:r>
        <w:rPr>
          <w:i/>
        </w:rPr>
        <w:t xml:space="preserve">Sources : </w:t>
      </w:r>
      <w:r>
        <w:t>Saddy — https://www.saddy.fr/voyages/road-trip-albanie/ · The Balkan Guide — https://www.thebalkanguide.com/country/albania/tirana/</w:t>
      </w:r>
    </w:p>
    <w:p>
      <w:pPr>
        <w:pStyle w:val="Heading1"/>
      </w:pPr>
      <w:r>
        <w:t>2. Theth</w:t>
      </w:r>
    </w:p>
    <w:p>
      <w:r>
        <w:t>Dim 9 août → Ven 14 août · 5 nuits</w:t>
      </w:r>
    </w:p>
    <w:p>
      <w:r>
        <w:rPr>
          <w:b/>
        </w:rPr>
        <w:t xml:space="preserve">Logement : </w:t>
      </w:r>
      <w:r>
        <w:t>Cold Spring</w:t>
      </w:r>
      <w:r>
        <w:t xml:space="preserve"> (Dim 9 → Mar 11 · 2 nuits)</w:t>
      </w:r>
    </w:p>
    <w:p>
      <w:r>
        <w:t>Rruga Okol, 4027 Theth, Albanie</w:t>
      </w:r>
    </w:p>
    <w:p>
      <w:r>
        <w:rPr>
          <w:b/>
        </w:rPr>
        <w:t xml:space="preserve">Logement : </w:t>
      </w:r>
      <w:r>
        <w:t>Plisi i Bardh Agroturizem</w:t>
      </w:r>
      <w:r>
        <w:t xml:space="preserve"> (Mar 11 → Ven 14 · 3 nuits)</w:t>
      </w:r>
    </w:p>
    <w:p>
      <w:r>
        <w:t>Rruga e Gjelajve, Theth 4001, Albanie</w:t>
      </w:r>
    </w:p>
    <w:p>
      <w:r>
        <w:rPr>
          <w:b/>
        </w:rPr>
        <w:t>Trajet depuis Tirana (aéroport)</w:t>
      </w:r>
    </w:p>
    <w:p>
      <w:r>
        <w:t>~3h30–4h30 depuis l'aéroport via Shkodër → Koplik → SH21 (col Qafa e Thorës). Route asphaltée, lacets — partir le matin après retrait cash / plein.</w:t>
      </w:r>
    </w:p>
    <w:p>
      <w:r>
        <w:rPr>
          <w:b/>
        </w:rPr>
        <w:t>Espèces / ATM</w:t>
      </w:r>
    </w:p>
    <w:p>
      <w:r>
        <w:t>Cash Theth déjà retiré à Tirana (~80 000 ALL). Cold Spring 196 € (2 nuits) + Plisi ~322 € (3 nuits). Pas d'ATM fiable sur place.</w:t>
      </w:r>
    </w:p>
    <w:p>
      <w:r>
        <w:rPr>
          <w:b/>
        </w:rPr>
        <w:t>Essence</w:t>
      </w:r>
    </w:p>
    <w:p>
      <w:r>
        <w:t>Sur le trajet : plein obligatoire à Shkodër ou Koplik avant la montée — aucune station à Theth. Au départ vers Berat : replein à Koplik/Shkodër.</w:t>
      </w:r>
    </w:p>
    <w:p>
      <w:r>
        <w:rPr>
          <w:i/>
        </w:rPr>
        <w:t>2 logements : Cold Spring (Okol) dim.–mar., puis Plisi i Bardh mar.–ven. (~10–20 min de transfert interne). Jour 1 = arrivée douce après la route.</w:t>
      </w:r>
    </w:p>
    <w:p>
      <w:pPr>
        <w:pStyle w:val="Heading2"/>
      </w:pPr>
      <w:r>
        <w:t>Idées de sorties</w:t>
      </w:r>
    </w:p>
    <w:p>
      <w:pPr>
        <w:pStyle w:val="ListBullet"/>
      </w:pPr>
      <w:r>
        <w:rPr>
          <w:b/>
        </w:rPr>
        <w:t>🌄 Jour 1 — Arrivée et découverte douce</w:t>
      </w:r>
      <w:r>
        <w:t xml:space="preserve"> — Installation à Cold Spring (Okol), dîner à la guesthouse, première vue sur la vallée. Balade libre autour du logement — rythme familial après la route.</w:t>
      </w:r>
    </w:p>
    <w:p>
      <w:r>
        <w:rPr>
          <w:i/>
        </w:rPr>
        <w:t xml:space="preserve">Sources : </w:t>
      </w:r>
      <w:r>
        <w:t>EmeraudeTrip — https://emeraudetrip.com/nord-de-l-albanie/ · TICrentcar — https://ticrentcar.com/driving-to-theth-albania/</w:t>
      </w:r>
    </w:p>
    <w:p>
      <w:pPr>
        <w:pStyle w:val="ListBullet"/>
      </w:pPr>
      <w:r>
        <w:rPr>
          <w:b/>
        </w:rPr>
        <w:t>🏞️ Jour 2 — Cascade de Grunas</w:t>
      </w:r>
      <w:r>
        <w:t xml:space="preserve"> — Rando facile ~1h30 A/R, très accessible pour 11–13 ans, belle chute en récompense.</w:t>
      </w:r>
    </w:p>
    <w:p>
      <w:r>
        <w:rPr>
          <w:i/>
        </w:rPr>
        <w:t xml:space="preserve">Sources : </w:t>
      </w:r>
      <w:r>
        <w:t>EmeraudeTrip — https://emeraudetrip.com/nord-de-l-albanie/ · Laure Wanders — https://www.laurewanders.com/blue-eye-theth/</w:t>
      </w:r>
    </w:p>
    <w:p>
      <w:pPr>
        <w:pStyle w:val="ListBullet"/>
      </w:pPr>
      <w:r>
        <w:rPr>
          <w:b/>
        </w:rPr>
        <w:t>🏊 Jour 2 — Vasques de Nderlysaj</w:t>
      </w:r>
      <w:r>
        <w:t xml:space="preserve"> — Après-midi baignade dans les vasques / canyon de pierre à Nderlysaj (~20 min en voiture) — eau turquoise glaciale, spot local souvent sous-estimé.</w:t>
      </w:r>
    </w:p>
    <w:p>
      <w:r>
        <w:rPr>
          <w:i/>
        </w:rPr>
        <w:t xml:space="preserve">Sources : </w:t>
      </w:r>
      <w:r>
        <w:t>Walk My World — https://www.walkmyworld.com/posts/vaskat-nderlysaj-canyon · Nomads Travel Guide — https://www.nomads-travel-guide.com/places/nderlysa-village/</w:t>
      </w:r>
    </w:p>
    <w:p>
      <w:pPr>
        <w:pStyle w:val="ListBullet"/>
      </w:pPr>
      <w:r>
        <w:rPr>
          <w:b/>
        </w:rPr>
        <w:t>💧 Jour 3 — Blue Eye (Syri i Kaltër), tôt le matin</w:t>
      </w:r>
      <w:r>
        <w:t xml:space="preserve"> — Source turquoise qui sort du rocher — partir tôt pour éviter la foule. Baignade possible (glaciale), ~1h30–2h de marche A/R depuis Nderlysaj. Magique pour les enfants. Matin : déménagement Cold Spring → Plisi.</w:t>
      </w:r>
    </w:p>
    <w:p>
      <w:r>
        <w:rPr>
          <w:i/>
        </w:rPr>
        <w:t xml:space="preserve">Sources : </w:t>
      </w:r>
      <w:r>
        <w:t>Wander-Lush — https://wander-lush.org/visit-albania-blue-eye-tips-guide/ · Try Local Albania — https://trylocalb.com/blue-eye-of-theth-hike-guide-albania/ · Walk My World — https://www.walkmyworld.com/posts/blue-eye-theth · Laure Wanders — https://www.laurewanders.com/blue-eye-theth/</w:t>
      </w:r>
    </w:p>
    <w:p>
      <w:pPr>
        <w:pStyle w:val="ListBullet"/>
      </w:pPr>
      <w:r>
        <w:rPr>
          <w:b/>
        </w:rPr>
        <w:t>🗿 Jour 3 — Kulla e Ngujimit</w:t>
      </w:r>
      <w:r>
        <w:t xml:space="preserve"> — Après-midi farniente ou visite de la tour d'isolement dans le village — Kanun et histoire locale.</w:t>
      </w:r>
    </w:p>
    <w:p>
      <w:r>
        <w:rPr>
          <w:i/>
        </w:rPr>
        <w:t xml:space="preserve">Sources : </w:t>
      </w:r>
      <w:r>
        <w:t>Adventure Albania — https://adventurealbania.com/fr/la-randonnee-de-la-valbona/ · Carces Autrement — https://www.carces-autrement.fr/road-trip-albanie/ · EmeraudeTrip — https://emeraudetrip.com/nord-de-l-albanie/</w:t>
      </w:r>
    </w:p>
    <w:p>
      <w:pPr>
        <w:pStyle w:val="ListBullet"/>
      </w:pPr>
      <w:r>
        <w:rPr>
          <w:b/>
        </w:rPr>
        <w:t>🥾 Jour 4 — Col de Valbona A/R (sans descendre)</w:t>
      </w:r>
      <w:r>
        <w:t xml:space="preserve"> — Grande rando vers Qafa e Valbonës : monter jusqu'au col, vue sur les deux vallées, redescendre à Theth. ~4–5h A/R — faisable pour 11–13 ans motivés. Vous « voyez » Valbona sans y dormir.</w:t>
      </w:r>
    </w:p>
    <w:p>
      <w:r>
        <w:rPr>
          <w:i/>
        </w:rPr>
        <w:t xml:space="preserve">Sources : </w:t>
      </w:r>
      <w:r>
        <w:t>Wander-Lush — https://wander-lush.org/valbona-theth-hike-albanian-alps/ · Adventure Albania — https://adventurealbania.com/fr/la-randonnee-de-la-valbona/ · The Sandy Feet — https://thesandyfeet.com/albanian-alps-hiking/ · Travel and Squeak — https://travelandsqueak.com/valbona-to-theth-hike/</w:t>
      </w:r>
    </w:p>
    <w:p>
      <w:pPr>
        <w:pStyle w:val="ListBullet"/>
      </w:pPr>
      <w:r>
        <w:rPr>
          <w:b/>
        </w:rPr>
        <w:t>🌿 Jour 5 — Journée libre</w:t>
      </w:r>
      <w:r>
        <w:t xml:space="preserve"> — Repos, ou canyon / balade dans les hameaux alentour. Dîner d'au revoir à la guesthouse avant Berat.</w:t>
      </w:r>
    </w:p>
    <w:p>
      <w:r>
        <w:rPr>
          <w:i/>
        </w:rPr>
        <w:t xml:space="preserve">Sources : </w:t>
      </w:r>
      <w:r>
        <w:t>EmeraudeTrip — https://emeraudetrip.com/nord-de-l-albanie/ · Independent People — https://www.independentpeople.net/fr/albanie/road-trip-albanie-itineraire-trois-semaines/</w:t>
      </w:r>
    </w:p>
    <w:p>
      <w:pPr>
        <w:pStyle w:val="Heading1"/>
      </w:pPr>
      <w:r>
        <w:t>3. Berat</w:t>
      </w:r>
    </w:p>
    <w:p>
      <w:r>
        <w:t>Ven 14 août → Sam 15 août · 1 nuit</w:t>
      </w:r>
    </w:p>
    <w:p>
      <w:r>
        <w:rPr>
          <w:b/>
        </w:rPr>
        <w:t xml:space="preserve">Logement : </w:t>
      </w:r>
      <w:r>
        <w:t>Le Mom Apart Hotel</w:t>
      </w:r>
    </w:p>
    <w:p>
      <w:r>
        <w:t>PX28+9JP, Berat, Albanie</w:t>
      </w:r>
    </w:p>
    <w:p>
      <w:r>
        <w:rPr>
          <w:b/>
        </w:rPr>
        <w:t>Trajet depuis Theth</w:t>
      </w:r>
    </w:p>
    <w:p>
      <w:r>
        <w:t>~5–5h30 depuis Theth (descente montagne → Shkodër → autoroute → Berat). Longue journée : partir tôt.</w:t>
      </w:r>
    </w:p>
    <w:p>
      <w:r>
        <w:rPr>
          <w:b/>
        </w:rPr>
        <w:t>Essence</w:t>
      </w:r>
    </w:p>
    <w:p>
      <w:r>
        <w:t>Sur le trajet : plein à Koplik ou Shkodër après la descente de Theth (ne pas repartir de Theth avec un demi-réservoir). Stations OK à Berat.</w:t>
      </w:r>
    </w:p>
    <w:p>
      <w:pPr>
        <w:pStyle w:val="Heading2"/>
      </w:pPr>
      <w:r>
        <w:t>Idées de sorties</w:t>
      </w:r>
    </w:p>
    <w:p>
      <w:pPr>
        <w:pStyle w:val="ListBullet"/>
      </w:pPr>
      <w:r>
        <w:rPr>
          <w:b/>
        </w:rPr>
        <w:t>🏰 Château de Berat</w:t>
      </w:r>
      <w:r>
        <w:t xml:space="preserve"> — Forteresse encore habitée, panorama sur la ville et la rivière Osum.</w:t>
      </w:r>
    </w:p>
    <w:p>
      <w:r>
        <w:rPr>
          <w:i/>
        </w:rPr>
        <w:t xml:space="preserve">Sources : </w:t>
      </w:r>
      <w:r>
        <w:t>The Balkan Guide — https://www.thebalkanguide.com/country/albania/berat/things-to-do/ · Traveler's Itch — https://travelersitch.com/the-8-best-things-to-do-in-berat-albania/</w:t>
      </w:r>
    </w:p>
    <w:p>
      <w:pPr>
        <w:pStyle w:val="ListBullet"/>
      </w:pPr>
      <w:r>
        <w:rPr>
          <w:b/>
        </w:rPr>
        <w:t>🏘️ Mangalem et Gorica</w:t>
      </w:r>
      <w:r>
        <w:t xml:space="preserve"> — Quartiers ottomans aux mille fenêtres, particulièrement beaux au coucher du soleil.</w:t>
      </w:r>
    </w:p>
    <w:p>
      <w:r>
        <w:rPr>
          <w:i/>
        </w:rPr>
        <w:t xml:space="preserve">Sources : </w:t>
      </w:r>
      <w:r>
        <w:t>Saddy — https://www.saddy.fr/voyages/road-trip-albanie/ · The Balkan Guide — https://www.thebalkanguide.com/country/albania/berat/</w:t>
      </w:r>
    </w:p>
    <w:p>
      <w:pPr>
        <w:pStyle w:val="ListBullet"/>
      </w:pPr>
      <w:r>
        <w:rPr>
          <w:b/>
        </w:rPr>
        <w:t>🖼️ Musée Onufri</w:t>
      </w:r>
      <w:r>
        <w:t xml:space="preserve"> — Icônes byzantines exposées dans l'enceinte du château.</w:t>
      </w:r>
    </w:p>
    <w:p>
      <w:r>
        <w:rPr>
          <w:i/>
        </w:rPr>
        <w:t xml:space="preserve">Sources : </w:t>
      </w:r>
      <w:r>
        <w:t>Traveler's Itch — https://travelersitch.com/the-8-best-things-to-do-in-berat-albania/ · Carces Autrement — https://www.carces-autrement.fr/road-trip-albanie/</w:t>
      </w:r>
    </w:p>
    <w:p>
      <w:pPr>
        <w:pStyle w:val="ListBullet"/>
      </w:pPr>
      <w:r>
        <w:rPr>
          <w:b/>
        </w:rPr>
        <w:t>🍷 Dégustation de vin</w:t>
      </w:r>
      <w:r>
        <w:t xml:space="preserve"> — Caves locales, cépages Shesh i Bardhë et Vlosh — à réserver en amont.</w:t>
      </w:r>
    </w:p>
    <w:p>
      <w:r>
        <w:rPr>
          <w:i/>
        </w:rPr>
        <w:t xml:space="preserve">Sources : </w:t>
      </w:r>
      <w:r>
        <w:t>The Balkan Guide — https://www.thebalkanguide.com/country/albania/berat/things-to-do/ · Saddy — https://www.saddy.fr/voyages/road-trip-albanie/</w:t>
      </w:r>
    </w:p>
    <w:p>
      <w:pPr>
        <w:pStyle w:val="ListBullet"/>
      </w:pPr>
      <w:r>
        <w:rPr>
          <w:b/>
        </w:rPr>
        <w:t>🌉 Pont ottoman de Gorica</w:t>
      </w:r>
      <w:r>
        <w:t xml:space="preserve"> — Vue classique et très photogénique sur la ville.</w:t>
      </w:r>
    </w:p>
    <w:p>
      <w:r>
        <w:rPr>
          <w:i/>
        </w:rPr>
        <w:t xml:space="preserve">Sources : </w:t>
      </w:r>
      <w:r>
        <w:t>Travelsafoot — https://travelsafoot.com/day-trip-to-berat/ · Independent People — https://www.independentpeople.net/fr/albanie/road-trip-albanie-itineraire-trois-semaines/</w:t>
      </w:r>
    </w:p>
    <w:p>
      <w:pPr>
        <w:pStyle w:val="Heading1"/>
      </w:pPr>
      <w:r>
        <w:t>4. Himarë / Riviera</w:t>
      </w:r>
    </w:p>
    <w:p>
      <w:r>
        <w:t>Sam 15 août → Ven 21 août · 6 nuits</w:t>
      </w:r>
    </w:p>
    <w:p>
      <w:r>
        <w:rPr>
          <w:b/>
        </w:rPr>
        <w:t xml:space="preserve">Logement : </w:t>
      </w:r>
      <w:r>
        <w:t>Life on Green</w:t>
      </w:r>
    </w:p>
    <w:p>
      <w:r>
        <w:t>3PXQ+QW, Himarë, Albanie (réservé via Booking.com)</w:t>
      </w:r>
    </w:p>
    <w:p>
      <w:r>
        <w:rPr>
          <w:b/>
        </w:rPr>
        <w:t>Trajet depuis Berat</w:t>
      </w:r>
    </w:p>
    <w:p>
      <w:r>
        <w:t>~2h30 depuis Berat via le col de Llogara (pause agneau à la broche !).</w:t>
      </w:r>
    </w:p>
    <w:p>
      <w:r>
        <w:rPr>
          <w:b/>
        </w:rPr>
        <w:t>Espèces / ATM</w:t>
      </w:r>
    </w:p>
    <w:p>
      <w:r>
        <w:t>Avant de quitter la Riviera : retirer 30 000 ALL (~285 €) pour Argjiro Castle + Përmet + Lin. ATM de secours possible à Gjirokastër si oublié ici.</w:t>
      </w:r>
    </w:p>
    <w:p>
      <w:r>
        <w:rPr>
          <w:b/>
        </w:rPr>
        <w:t>Essence</w:t>
      </w:r>
    </w:p>
    <w:p>
      <w:r>
        <w:t>Sur le trajet : plein à Berat avant Llogara (col long, conso élevée) ; stations ensuite à Vlorë / Orikum / Dhërmi. Sur place : plein à Himarë avant détours plages (Gjipe, Porto Palermo) et avant le tronçon sud (~45 km sans service vers Lukovë).</w:t>
      </w:r>
    </w:p>
    <w:p>
      <w:pPr>
        <w:pStyle w:val="Heading2"/>
      </w:pPr>
      <w:r>
        <w:t>Idées de sorties</w:t>
      </w:r>
    </w:p>
    <w:p>
      <w:pPr>
        <w:pStyle w:val="ListBullet"/>
      </w:pPr>
      <w:r>
        <w:rPr>
          <w:b/>
        </w:rPr>
        <w:t>🛣️ Col de Llogara</w:t>
      </w:r>
      <w:r>
        <w:t xml:space="preserve"> — Route panoramique entre mer et montagne — arrêt obligatoire pour la vue sur la Riviera.</w:t>
      </w:r>
    </w:p>
    <w:p>
      <w:r>
        <w:rPr>
          <w:i/>
        </w:rPr>
        <w:t xml:space="preserve">Sources : </w:t>
      </w:r>
      <w:r>
        <w:t>Mon Voyage Autonome — https://monvoyageautonome.fr/portfolio/une-semaine-de-road-trip-en-albanie/ · Wander-Lush — https://wander-lush.org/dhermi-albania-travel-guide/</w:t>
      </w:r>
    </w:p>
    <w:p>
      <w:pPr>
        <w:pStyle w:val="ListBullet"/>
      </w:pPr>
      <w:r>
        <w:rPr>
          <w:b/>
        </w:rPr>
        <w:t>🎶 Himara International Music Festival</w:t>
      </w:r>
      <w:r>
        <w:t xml:space="preserve"> — 20–26 août : jazz, classique et tango, concerts au château de Himarë.</w:t>
      </w:r>
    </w:p>
    <w:p>
      <w:r>
        <w:rPr>
          <w:i/>
        </w:rPr>
        <w:t xml:space="preserve">Sources : </w:t>
      </w:r>
      <w:r>
        <w:t>Mairie d'Himarë — http://www.himara.gov.al/ · Saddy — https://www.saddy.fr/voyages/road-trip-albanie/</w:t>
      </w:r>
    </w:p>
    <w:p>
      <w:pPr>
        <w:pStyle w:val="ListBullet"/>
      </w:pPr>
      <w:r>
        <w:rPr>
          <w:b/>
        </w:rPr>
        <w:t>🏖️ Dhërmi, Gjipe et Jala</w:t>
      </w:r>
      <w:r>
        <w:t xml:space="preserve"> — Plages en calanques aux eaux turquoise ; Gjipe à pied (~30–45 min) ou en bateau.</w:t>
      </w:r>
    </w:p>
    <w:p>
      <w:r>
        <w:rPr>
          <w:i/>
        </w:rPr>
        <w:t xml:space="preserve">Sources : </w:t>
      </w:r>
      <w:r>
        <w:t>Mon Voyage Autonome — https://monvoyageautonome.fr/portfolio/une-semaine-de-road-trip-en-albanie/ · Wander-Lush — https://wander-lush.org/dhermi-albania-travel-guide/ · Albanian Tour Guide — https://albaniantourguide.com/dhermi-and-nearby-coast-practical-guide-to-beaches-and-day-trips/</w:t>
      </w:r>
    </w:p>
    <w:p>
      <w:pPr>
        <w:pStyle w:val="ListBullet"/>
      </w:pPr>
      <w:r>
        <w:rPr>
          <w:b/>
        </w:rPr>
        <w:t>🏖️ Palasë et Livadh</w:t>
      </w:r>
      <w:r>
        <w:t xml:space="preserve"> — Plages plus tranquilles au nord — y aller tôt le matin.</w:t>
      </w:r>
    </w:p>
    <w:p>
      <w:r>
        <w:rPr>
          <w:i/>
        </w:rPr>
        <w:t xml:space="preserve">Sources : </w:t>
      </w:r>
      <w:r>
        <w:t>Wander-Lush — https://wander-lush.org/dhermi-albania-travel-guide/ · Carces Autrement — https://www.carces-autrement.fr/road-trip-albanie/</w:t>
      </w:r>
    </w:p>
    <w:p>
      <w:pPr>
        <w:pStyle w:val="ListBullet"/>
      </w:pPr>
      <w:r>
        <w:rPr>
          <w:b/>
        </w:rPr>
        <w:t>🏰 Vieux château de Himarë</w:t>
      </w:r>
      <w:r>
        <w:t xml:space="preserve"> — Vue dégagée sur toute la baie.</w:t>
      </w:r>
    </w:p>
    <w:p>
      <w:r>
        <w:rPr>
          <w:i/>
        </w:rPr>
        <w:t xml:space="preserve">Sources : </w:t>
      </w:r>
      <w:r>
        <w:t>Independent People — https://www.independentpeople.net/fr/albanie/road-trip-albanie-itineraire-trois-semaines/</w:t>
      </w:r>
    </w:p>
    <w:p>
      <w:pPr>
        <w:pStyle w:val="ListBullet"/>
      </w:pPr>
      <w:r>
        <w:rPr>
          <w:b/>
        </w:rPr>
        <w:t>🥾 Sentier côtier vers Porto Palermo</w:t>
      </w:r>
      <w:r>
        <w:t xml:space="preserve"> — Fort vénitien sur une presqu'île, ~1h de marche ou courte navette.</w:t>
      </w:r>
    </w:p>
    <w:p>
      <w:r>
        <w:rPr>
          <w:i/>
        </w:rPr>
        <w:t xml:space="preserve">Sources : </w:t>
      </w:r>
      <w:r>
        <w:t>Wander-Lush — https://wander-lush.org/dhermi-albania-travel-guide/</w:t>
      </w:r>
    </w:p>
    <w:p>
      <w:pPr>
        <w:pStyle w:val="ListBullet"/>
      </w:pPr>
      <w:r>
        <w:rPr>
          <w:b/>
        </w:rPr>
        <w:t>🏘️ Qeparo et Drymades</w:t>
      </w:r>
      <w:r>
        <w:t xml:space="preserve"> — Village en balcon au sud d'Himarë (Qeparo) et plage bohème de Drymades — bonnes demi-journées depuis la base.</w:t>
      </w:r>
    </w:p>
    <w:p>
      <w:r>
        <w:rPr>
          <w:i/>
        </w:rPr>
        <w:t xml:space="preserve">Sources : </w:t>
      </w:r>
      <w:r>
        <w:t>Independent People — https://www.independentpeople.net/fr/albanie/road-trip-albanie-itineraire-trois-semaines/ · Stay Albanian Riviera — https://stayalbanianriviera.com/destinations/dhermi</w:t>
      </w:r>
    </w:p>
    <w:p>
      <w:pPr>
        <w:pStyle w:val="Heading1"/>
      </w:pPr>
      <w:r>
        <w:t>5. Gjirokastër</w:t>
      </w:r>
    </w:p>
    <w:p>
      <w:r>
        <w:t>Ven 21 août → Dim 23 août · 2 nuits</w:t>
      </w:r>
    </w:p>
    <w:p>
      <w:r>
        <w:rPr>
          <w:b/>
        </w:rPr>
        <w:t xml:space="preserve">Logement : </w:t>
      </w:r>
      <w:r>
        <w:t>Guest House Argjiro Castle</w:t>
      </w:r>
    </w:p>
    <w:p>
      <w:r>
        <w:t>Rruga Syrja Kasi, Gjirokastër 6001, Albanie</w:t>
      </w:r>
    </w:p>
    <w:p>
      <w:r>
        <w:rPr>
          <w:b/>
        </w:rPr>
        <w:t>Trajet depuis Himarë / Riviera</w:t>
      </w:r>
    </w:p>
    <w:p>
      <w:r>
        <w:t>~1h45 depuis Himarë.</w:t>
      </w:r>
    </w:p>
    <w:p>
      <w:pPr>
        <w:pStyle w:val="Heading2"/>
      </w:pPr>
      <w:r>
        <w:t>Idées de sorties</w:t>
      </w:r>
    </w:p>
    <w:p>
      <w:pPr>
        <w:pStyle w:val="ListBullet"/>
      </w:pPr>
      <w:r>
        <w:rPr>
          <w:b/>
        </w:rPr>
        <w:t>🏰 Château d'Argjiro</w:t>
      </w:r>
      <w:r>
        <w:t xml:space="preserve"> — Musée militaire (avions, chars) et panorama sur la vallée du Drino.</w:t>
      </w:r>
    </w:p>
    <w:p>
      <w:r>
        <w:rPr>
          <w:i/>
        </w:rPr>
        <w:t xml:space="preserve">Sources : </w:t>
      </w:r>
      <w:r>
        <w:t>HowAlbania — https://howalbania.com/gjirokaster-albania-guide/ · Sailingstone — https://sailingstonetravel.com/gjirokaster-guide/</w:t>
      </w:r>
    </w:p>
    <w:p>
      <w:pPr>
        <w:pStyle w:val="ListBullet"/>
      </w:pPr>
      <w:r>
        <w:rPr>
          <w:b/>
        </w:rPr>
        <w:t>🛍️ Bazar ottoman et vieille ville</w:t>
      </w:r>
      <w:r>
        <w:t xml:space="preserve"> — Classée UNESCO, maisons-tours en pierre, artisanat local.</w:t>
      </w:r>
    </w:p>
    <w:p>
      <w:r>
        <w:rPr>
          <w:i/>
        </w:rPr>
        <w:t xml:space="preserve">Sources : </w:t>
      </w:r>
      <w:r>
        <w:t>HowAlbania — https://howalbania.com/gjirokaster-albania-guide/ · Independent People — https://www.independentpeople.net/fr/albanie/road-trip-albanie-itineraire-trois-semaines/</w:t>
      </w:r>
    </w:p>
    <w:p>
      <w:pPr>
        <w:pStyle w:val="ListBullet"/>
      </w:pPr>
      <w:r>
        <w:rPr>
          <w:b/>
        </w:rPr>
        <w:t>🕳️ Tunnel de la Guerre froide</w:t>
      </w:r>
      <w:r>
        <w:t xml:space="preserve"> — Abri anti-atomique sous le château, 800 m et 59 salles — visite guidée ~20 min.</w:t>
      </w:r>
    </w:p>
    <w:p>
      <w:r>
        <w:rPr>
          <w:i/>
        </w:rPr>
        <w:t xml:space="preserve">Sources : </w:t>
      </w:r>
      <w:r>
        <w:t>Visit Albania — https://www.visitalbania.app/listing/the-cold-war-tunnel-museum/ · Mon Voyage Autonome — https://monvoyageautonome.fr/portfolio/une-semaine-de-road-trip-en-albanie/ · Sailingstone — https://sailingstonetravel.com/gjirokaster-guide/</w:t>
      </w:r>
    </w:p>
    <w:p>
      <w:pPr>
        <w:pStyle w:val="ListBullet"/>
      </w:pPr>
      <w:r>
        <w:rPr>
          <w:b/>
        </w:rPr>
        <w:t>🏠 Maison-musée ethnographique</w:t>
      </w:r>
      <w:r>
        <w:t xml:space="preserve"> — Belle illustration de l'architecture ottomane traditionnelle.</w:t>
      </w:r>
    </w:p>
    <w:p>
      <w:r>
        <w:rPr>
          <w:i/>
        </w:rPr>
        <w:t xml:space="preserve">Sources : </w:t>
      </w:r>
      <w:r>
        <w:t>HowAlbania — https://howalbania.com/gjirokaster-albania-guide/ · Saddy — https://www.saddy.fr/voyages/road-trip-albanie/</w:t>
      </w:r>
    </w:p>
    <w:p>
      <w:pPr>
        <w:pStyle w:val="ListBullet"/>
      </w:pPr>
      <w:r>
        <w:rPr>
          <w:b/>
        </w:rPr>
        <w:t>📚 Ismail Kadare House Museum</w:t>
      </w:r>
      <w:r>
        <w:t xml:space="preserve"> — Maison natale du plus grand écrivain albanais.</w:t>
      </w:r>
    </w:p>
    <w:p>
      <w:r>
        <w:rPr>
          <w:i/>
        </w:rPr>
        <w:t xml:space="preserve">Sources : </w:t>
      </w:r>
      <w:r>
        <w:t>RakiYa Travel — https://rakiyatravel.com/gjirokaster-travel-guide/</w:t>
      </w:r>
    </w:p>
    <w:p>
      <w:pPr>
        <w:pStyle w:val="ListBullet"/>
      </w:pPr>
      <w:r>
        <w:rPr>
          <w:b/>
        </w:rPr>
        <w:t>🍽️ Qifqi et cuisine locale</w:t>
      </w:r>
      <w:r>
        <w:t xml:space="preserve"> — Boulettes de riz à la coriandre, spécialité gjirokastriote — à goûter au bazar ou en restaurant traditionnel.</w:t>
      </w:r>
    </w:p>
    <w:p>
      <w:r>
        <w:rPr>
          <w:i/>
        </w:rPr>
        <w:t xml:space="preserve">Sources : </w:t>
      </w:r>
      <w:r>
        <w:t>Europa Tips — https://europa.tips/en/gjirokaster-albania-silver-roofed-stone-city · Mon Voyage Autonome — https://monvoyageautonome.fr/portfolio/une-semaine-de-road-trip-en-albanie/</w:t>
      </w:r>
    </w:p>
    <w:p>
      <w:pPr>
        <w:pStyle w:val="Heading1"/>
      </w:pPr>
      <w:r>
        <w:t>6. Përmet</w:t>
      </w:r>
    </w:p>
    <w:p>
      <w:r>
        <w:t>Dim 23 août → Mer 26 août · 3 nuits</w:t>
      </w:r>
    </w:p>
    <w:p>
      <w:r>
        <w:rPr>
          <w:b/>
        </w:rPr>
        <w:t xml:space="preserve">Logement : </w:t>
      </w:r>
      <w:r>
        <w:t>Funky Boutique Hotel &amp; Adventures</w:t>
      </w:r>
    </w:p>
    <w:p>
      <w:r>
        <w:t>Sheshi Abdyl Frashëri, Përmet 6401, Albanie</w:t>
      </w:r>
    </w:p>
    <w:p>
      <w:r>
        <w:rPr>
          <w:b/>
        </w:rPr>
        <w:t>Trajet depuis Gjirokastër</w:t>
      </w:r>
    </w:p>
    <w:p>
      <w:r>
        <w:t>~1h15 depuis Gjirokastër, le long de la Vjosa.</w:t>
      </w:r>
    </w:p>
    <w:p>
      <w:r>
        <w:rPr>
          <w:b/>
        </w:rPr>
        <w:t>Essence</w:t>
      </w:r>
    </w:p>
    <w:p>
      <w:r>
        <w:t>Stations OK à Gjirokastër en amont. Sur place : plein à Përmet avant sorties (Bënja, Langarica) et avant la route vers l'est / Lin (tronçons ruraux peu fournis, ex. Përmet→Leskovik ~55 km).</w:t>
      </w:r>
    </w:p>
    <w:p>
      <w:pPr>
        <w:pStyle w:val="Heading2"/>
      </w:pPr>
      <w:r>
        <w:t>Idées de sorties</w:t>
      </w:r>
    </w:p>
    <w:p>
      <w:pPr>
        <w:pStyle w:val="ListBullet"/>
      </w:pPr>
      <w:r>
        <w:rPr>
          <w:b/>
        </w:rPr>
        <w:t>🚣 Gorges d'Osum en kayak ou rafting</w:t>
      </w:r>
      <w:r>
        <w:t xml:space="preserve"> — Falaises de 80 m, eau turquoise — à 45 min vers Berat, combinable avec Benja le même jour.</w:t>
      </w:r>
    </w:p>
    <w:p>
      <w:r>
        <w:rPr>
          <w:i/>
        </w:rPr>
        <w:t xml:space="preserve">Sources : </w:t>
      </w:r>
      <w:r>
        <w:t>Albania Spirit — https://www.albania-spirit.com/guides/canyoning-albania/ · Saddy — https://www.saddy.fr/voyages/road-trip-albanie/</w:t>
      </w:r>
    </w:p>
    <w:p>
      <w:pPr>
        <w:pStyle w:val="ListBullet"/>
      </w:pPr>
      <w:r>
        <w:rPr>
          <w:b/>
        </w:rPr>
        <w:t>♨️ Sources chaudes de Benja</w:t>
      </w:r>
      <w:r>
        <w:t xml:space="preserve"> — 7 bassins naturels (22–28 °C) sous le pont ottoman de Kadiut, à 14 km de Përmet.</w:t>
      </w:r>
    </w:p>
    <w:p>
      <w:r>
        <w:rPr>
          <w:i/>
        </w:rPr>
        <w:t xml:space="preserve">Sources : </w:t>
      </w:r>
      <w:r>
        <w:t>Albania Voyagers — https://albaniavoyagers.com/hot-springs-albania/ · Mon Voyage Autonome — https://monvoyageautonome.fr/portfolio/une-semaine-de-road-trip-en-albanie/ · Independent People — https://www.independentpeople.net/fr/albanie/road-trip-albanie-itineraire-trois-semaines/</w:t>
      </w:r>
    </w:p>
    <w:p>
      <w:pPr>
        <w:pStyle w:val="ListBullet"/>
      </w:pPr>
      <w:r>
        <w:rPr>
          <w:b/>
        </w:rPr>
        <w:t>🐴 Randonnée à cheval</w:t>
      </w:r>
      <w:r>
        <w:t xml:space="preserve"> — Proposée directement par l'hôtel Funky.</w:t>
      </w:r>
    </w:p>
    <w:p>
      <w:r>
        <w:rPr>
          <w:i/>
        </w:rPr>
        <w:t xml:space="preserve">Sources : </w:t>
      </w:r>
      <w:r>
        <w:t>Albania Spirit — https://www.albania-spirit.com/fr/destinations/permet/</w:t>
      </w:r>
    </w:p>
    <w:p>
      <w:pPr>
        <w:pStyle w:val="ListBullet"/>
      </w:pPr>
      <w:r>
        <w:rPr>
          <w:b/>
        </w:rPr>
        <w:t>🍇 Raki et confitures artisanales</w:t>
      </w:r>
      <w:r>
        <w:t xml:space="preserve"> — Spécialités du centre historique, réputé pour ses produits maison.</w:t>
      </w:r>
    </w:p>
    <w:p>
      <w:r>
        <w:rPr>
          <w:i/>
        </w:rPr>
        <w:t xml:space="preserve">Sources : </w:t>
      </w:r>
      <w:r>
        <w:t>Independent People — https://www.independentpeople.net/fr/albanie/road-trip-albanie-itineraire-trois-semaines/ · Albanian Night — https://albaniannight.com/benja-thermal-baths-2026-how-to-visit-permets-hot-springs/</w:t>
      </w:r>
    </w:p>
    <w:p>
      <w:pPr>
        <w:pStyle w:val="ListBullet"/>
      </w:pPr>
      <w:r>
        <w:rPr>
          <w:b/>
        </w:rPr>
        <w:t>🥾 Randonnée dans le canyon de Langarica</w:t>
      </w:r>
      <w:r>
        <w:t xml:space="preserve"> — Depuis le pont de Kadiut : gorges étroites, sources chaudes cachées dans la paroi — à combiner avec Benja.</w:t>
      </w:r>
    </w:p>
    <w:p>
      <w:r>
        <w:rPr>
          <w:i/>
        </w:rPr>
        <w:t xml:space="preserve">Sources : </w:t>
      </w:r>
      <w:r>
        <w:t>Vjosa Rafting — https://vjosarafting.com/lengarica-canyon/ · Mon Voyage Autonome — https://monvoyageautonome.fr/portfolio/une-semaine-de-road-trip-en-albanie/</w:t>
      </w:r>
    </w:p>
    <w:p>
      <w:pPr>
        <w:pStyle w:val="Heading1"/>
      </w:pPr>
      <w:r>
        <w:t>7. Lin (Lac Ohrid)</w:t>
      </w:r>
    </w:p>
    <w:p>
      <w:r>
        <w:t>Mer 26 août → Ven 28 août · 2 nuits</w:t>
      </w:r>
    </w:p>
    <w:p>
      <w:r>
        <w:rPr>
          <w:b/>
        </w:rPr>
        <w:t xml:space="preserve">Logement : </w:t>
      </w:r>
      <w:r>
        <w:t>Rosa B&amp;B</w:t>
      </w:r>
    </w:p>
    <w:p>
      <w:r>
        <w:t>Lin, Albanie</w:t>
      </w:r>
    </w:p>
    <w:p>
      <w:r>
        <w:rPr>
          <w:b/>
        </w:rPr>
        <w:t>Trajet depuis Përmet</w:t>
      </w:r>
    </w:p>
    <w:p>
      <w:r>
        <w:t>~2h45 depuis Përmet par les paysages ruraux de l'est.</w:t>
      </w:r>
    </w:p>
    <w:p>
      <w:r>
        <w:rPr>
          <w:b/>
        </w:rPr>
        <w:t>Essence</w:t>
      </w:r>
    </w:p>
    <w:p>
      <w:r>
        <w:t>Sur le trajet et à l'arrivée : plein à Pogradec (ou Korçë si détour) — peu/pas d'essence à Lin. Plein aussi avant le retour TIA.</w:t>
      </w:r>
    </w:p>
    <w:p>
      <w:r>
        <w:rPr>
          <w:i/>
        </w:rPr>
        <w:t>Retour TIA ven. 28 : ~2h de route, vol LH 14h10. Déjeuner possible à Tushemisht/Pogradec — belushka, boulettes de viande.</w:t>
      </w:r>
    </w:p>
    <w:p>
      <w:pPr>
        <w:pStyle w:val="Heading2"/>
      </w:pPr>
      <w:r>
        <w:t>Idées de sorties</w:t>
      </w:r>
    </w:p>
    <w:p>
      <w:pPr>
        <w:pStyle w:val="ListBullet"/>
      </w:pPr>
      <w:r>
        <w:rPr>
          <w:b/>
        </w:rPr>
        <w:t>🏞️ Baignade au bord du lac Ohrid</w:t>
      </w:r>
      <w:r>
        <w:t xml:space="preserve"> — Village de pêcheurs en pierre, eaux calmes et transparentes.</w:t>
      </w:r>
    </w:p>
    <w:p>
      <w:r>
        <w:rPr>
          <w:i/>
        </w:rPr>
        <w:t xml:space="preserve">Sources : </w:t>
      </w:r>
      <w:r>
        <w:t>Wander-Lush — https://wander-lush.org/lin-albania-travel-guide/ · Albania Spirit — https://www.albania-spirit.com/destinations/lin/</w:t>
      </w:r>
    </w:p>
    <w:p>
      <w:pPr>
        <w:pStyle w:val="ListBullet"/>
      </w:pPr>
      <w:r>
        <w:rPr>
          <w:b/>
        </w:rPr>
        <w:t>🏛️ Site paléochrétien de Lin</w:t>
      </w:r>
      <w:r>
        <w:t xml:space="preserve"> — Mosaïques byzantines du VIe siècle sur la presqu'île — visite sur rendez-vous.</w:t>
      </w:r>
    </w:p>
    <w:p>
      <w:r>
        <w:rPr>
          <w:i/>
        </w:rPr>
        <w:t xml:space="preserve">Sources : </w:t>
      </w:r>
      <w:r>
        <w:t>Albania Visit — https://albaniavisit.com/destinations/lin/ · Love Albania — https://lovealbania.al/lin-village-albania/</w:t>
      </w:r>
    </w:p>
    <w:p>
      <w:pPr>
        <w:pStyle w:val="ListBullet"/>
      </w:pPr>
      <w:r>
        <w:rPr>
          <w:b/>
        </w:rPr>
        <w:t>🎨 Excursion à Korçë (1h)</w:t>
      </w:r>
      <w:r>
        <w:t xml:space="preserve"> — Ville Art Déco, cathédrale de la Résurrection, musée d'art médiéval, bière locale.</w:t>
      </w:r>
    </w:p>
    <w:p>
      <w:r>
        <w:rPr>
          <w:i/>
        </w:rPr>
        <w:t xml:space="preserve">Sources : </w:t>
      </w:r>
      <w:r>
        <w:t>Wander-Lush — https://wander-lush.org/lin-albania-travel-guide/ · Independent People — https://www.independentpeople.net/fr/albanie/road-trip-albanie-itineraire-trois-semaines/</w:t>
      </w:r>
    </w:p>
    <w:p>
      <w:pPr>
        <w:pStyle w:val="ListBullet"/>
      </w:pPr>
      <w:r>
        <w:rPr>
          <w:b/>
        </w:rPr>
        <w:t>🐟 Déjeuner à Pogradec ou Tushemisht</w:t>
      </w:r>
      <w:r>
        <w:t xml:space="preserve"> — Poissons du lac — koran et truite — servis face à l'eau, détour ~30 min vers l'aéroport.</w:t>
      </w:r>
    </w:p>
    <w:p>
      <w:r>
        <w:rPr>
          <w:i/>
        </w:rPr>
        <w:t xml:space="preserve">Sources : </w:t>
      </w:r>
      <w:r>
        <w:t>Albania Spirit — https://www.albania-spirit.com/destinations/lin/ · Carces Autrement — https://www.carces-autrement.fr/road-trip-albanie/</w:t>
      </w:r>
    </w:p>
    <w:p>
      <w:pPr>
        <w:pStyle w:val="ListBullet"/>
      </w:pPr>
      <w:r>
        <w:rPr>
          <w:b/>
        </w:rPr>
        <w:t>📸 Bunker de Lin (photo)</w:t>
      </w:r>
      <w:r>
        <w:t xml:space="preserve"> — Bunker en bord de presqu'île, l'un des spots les plus photogéniques du lac — coucher de soleil recommandé.</w:t>
      </w:r>
    </w:p>
    <w:p>
      <w:r>
        <w:rPr>
          <w:i/>
        </w:rPr>
        <w:t xml:space="preserve">Sources : </w:t>
      </w:r>
      <w:r>
        <w:t>Wander-Lush — https://wander-lush.org/lin-albania-travel-guide/ · EmeraudeTrip — https://emeraudetrip.com/nord-de-l-albanie/</w:t>
      </w:r>
    </w:p>
    <w:p>
      <w:pPr>
        <w:pStyle w:val="ListBullet"/>
      </w:pPr>
      <w:r>
        <w:rPr>
          <w:b/>
        </w:rPr>
        <w:t>⛪ Voskopojë (excursion depuis Korçë)</w:t>
      </w:r>
      <w:r>
        <w:t xml:space="preserve"> — Villages de montagne et églises peintes du XVIIIe siècle — belle demi-journée en voiture depuis Korçë.</w:t>
      </w:r>
    </w:p>
    <w:p>
      <w:r>
        <w:rPr>
          <w:i/>
        </w:rPr>
        <w:t xml:space="preserve">Sources : </w:t>
      </w:r>
      <w:r>
        <w:t>Independent People — https://www.independentpeople.net/fr/albanie/road-trip-albanie-itineraire-trois-semaines/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